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לפני החלטת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בזמן פיתוי לקנייה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ולהירגע לפני החלטת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 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מייצגת צעד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הצעד הראשון הוא לעצור ולא לקנות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הצעד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(מרפים ידיים וכתפיים)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אני בוחר בחוכמה)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ידיים וכתפיים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בוחר בחוכמה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מצב קנייה אמיתי ומסבירים איך השימוש בצעדים (עצירה, נשימה, שאלת צריך-רוצה) היה עוזר לקבל החלטה שקולה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עש״ן ד״ק, חמישה 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נכון אחד מהצעדים: עצירה, שחרור שרירים, נשימה, דיבור עצמי או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בכיתה - לעצור, לנשום ולדבר בקול את המשפט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התרגול לדוגמאות קנייה מהחיים האמיתיים של התלמידים, כמו קנייה ברשת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שקונים משהו בלחץ רגעי, אפשר לעצור ולהשתמש בחמישה צעדים פשוטים שעוזרים לקבל החלטה חכמה.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משחררים  ·  שלוש  ·  עוצרים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לקנות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ולהירגע לפני החלטת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לחסוך בזמן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הצעד הראשון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פעמים מומלץ לנשום עמוק בשלב הנשימה?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עש״ן ד״ק הוא ראשי תיבות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הצעד הראשון הוא לקנות מיד כדי לא לפספס הזדמנות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הראשונה בעש״ן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שמחליטים, נושמים עמוק __________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בשלב השני __________ שרירים כמו ידיים וכתפיים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הצעד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 -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אומרים אני בוחר בחוכמה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 - משחררים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נושמים עמוק שלוש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ן -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מרפים ידיים וכתפיים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 -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קונים 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אני בוחר בחוכמה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 ידיים וכתפיים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 שלוש פעמים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ראיתם משהו ברשת או בחנות ורציתם לקנות אותו מיד. איך עש״ן ד״ק היה יכול לעזור לכם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השיטה וכמה צעדים יש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השאלה החשובה שנשאלת בצעד האחרון?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עוצרים לפני שקונים -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