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עוצרים לפני שקונים - עש״ן ד״ק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חמשת הצעדים של שיטת עש״ן ד״ק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בשיטה לפני החלטת קנייה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להבדיל בין צורך לרצון בזמן פיתוי לקנייה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לעצור ולהירגע לפני החלטת קנייה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שלוש פעמים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מרפים ידיים וכתפיים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צריך או רוצה?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כל אות מייצגת צעד בשיטה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הצעד הראשון הוא לעצור ולא לקנות 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בשיטה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השיטה עוזרת להירגע לפני כל החלטה, גם קנייה קטנה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בדיוק השאלה בצעד קדימה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משחררים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בוחר/ת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רוצה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הצעד לפעולה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(לא קונים מיד)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(מרפים ידיים וכתפיים)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(נושמים עמוק שלוש פעמים)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(אומרים אני בוחר בחוכמה)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(מחליטים אם צריך או רוצה)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השלבים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עוצרים רגע ולא קונים 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משחררים ידיים וכתפיים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נושמים עמוק שלוש פעמים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אומרים לעצמנו אני בוחר בחוכמה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מחליטים אם צריך או רוצה וממשיכים קדימה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יישום 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מתארים מצב קנייה אמיתי ומסבירים איך השימוש בצעדים (עצירה, נשימה, שאלת צריך-רוצה) היה עוזר לקבל החלטה שקולה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אישי ומעודד שמבטא בחירה מודעת, למשל אני יכול לחכות ולחשוב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עש״ן ד״ק, חמישה צעדים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צריך או רוצה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שמתארת נכון אחד מהצעדים: עצירה, שחרור שרירים, נשימה, דיבור עצמי או קדימה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בפועל בכיתה - לעצור, לנשום ולדבר בקול את המשפט האישי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לקשר את התרגול לדוגמאות קנייה מהחיים האמיתיים של התלמידים, כמו קנייה ברשת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עוצרים לפני שקונים - עש״ן ד״ק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חמישה צעדים קטנים. הם עוזרים לנו לעצור לפני שקונים משהו, ולחשוב אם באמת צריך את זה.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עש״ן ד״ק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השיטה - ראשי תיבות של חמשת הצעדים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עוצרים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 קונים מיד, עוצרים רגע לפני ההחלטה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משחררים שרירים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מרפים ידיים וכתפיים כדי להירגע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נושמים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נושמים עמוק כמה פעמים כדי להירגע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דיבור עצמי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אומרים לעצמנו משפט מעודד לפני ההחלטה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קדימה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השלב האחרון - מחליטים אם צריך או רוצה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צריך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שחייבים כדי לתפקד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רוצה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שהיינו שמחים לקבל אבל אפשר בלעדיו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משמשת השיטה?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לקנות מהר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לעצור ולהירגע לפני החלטת קנייה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לחסוך בזמן קנייה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לבחור את המוצר הזול ביותר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עושים 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נושמים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דיבור עצמי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קדימה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נשימות עמוקות?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פעם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פעמיים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 פעמים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חמש פעמים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עם הגוף בשלב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קופצים במקום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מרפים ידיים וכתפיים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הולכים לישון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שותים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שואלים בסוף?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כמה זה עולה?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איפה אפשר לקנות?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צריך או רוצה?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 הצבע?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עש״ן ד״ק הוא ראשי תיבות של חמישה צעדים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הצעד הראשון הוא לקנות מיד כדי לא לפספס הזדמנות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דיבור עצמי הוא אמירת משפט כמו אני בוחר בחוכמה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השיטה מתאימה רק לקניות גדולות ויקרות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בשלב האחרון מחליטים בין צריך לרצוי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האות הראשונה בעש״ן מייצגת את המילה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לפני שמחליטים, נושמים עמוק __________ פעמים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בשלב השני __________ שרירים כמו ידיים וכתפיים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המשפט שאומרים לעצמנו הוא אני __________ בחוכמה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בצעד האחרון שואלים צריך או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הצעד לפעולה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 - עוצרים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נושמים עמוק שלוש פעמים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 - משחררים שרירים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מחליטים אם צריך או רוצה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ן - נושמים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מרפים ידיים וכתפיים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 - דיבור עצמי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לא קונים מיד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 - קדימה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אומרים אני בוחר בחוכמה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סידור השלבים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אומרים לעצמנו אני בוחר בחוכמה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נושמים עמוק שלוש פעמים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עוצרים רגע ולא קונים מיד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מחליטים אם צריך או רוצה וממשיכים קדימה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משחררים ידיים וכתפיים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יישום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מצב שבו ראיתם משהו ברשת או בחנות ורציתם לקנות אותו מיד. איך עש״ן ד״ק היה יכול לעזור לכם שם?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דיבור עצמי משלכם שיכול לעזור לכם לפני החלטת קנייה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שם השיטה וכמה צעדים יש 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השאלה החשובה שנשאלת בצעד האחרון?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לפעולה אחת מתוך חמשת הצעדים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עוצרים לפני שקונים - עש״ן ד״ק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