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עוצרים לפני שקונים -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שיטת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בשיטה לפני החלטת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בזמן פיתוי לקנייה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ולהירגע לפני החלטת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מרפים ידיים וכתפיים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צריך או רוצה?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אות מייצגת צעד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הצעד הראשון הוא לעצור ולא לקנות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השיטה עוזרת להירגע לפני כל החלטה, גם קנייה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בדיוק השאלה בצעד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משחררים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הצעד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קונים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(מרפים ידיים וכתפיים)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(נושמים עמוק שלוש פעמים)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(אומרים אני בוחר בחוכמה)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(מחליטים אם צריך או רוצה)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ולא קונים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משחררים ידיים וכתפיים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אני בוחר בחוכמה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מחליטים אם צריך או רוצה וממשיכים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יישום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מתארים מצב קנייה אמיתי ומסבירים איך השימוש בצעדים (עצירה, נשימה, שאלת צריך-רוצה) היה עוזר לקבל החלטה שקולה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אישי ומעודד שמבטא בחירה מודעת, למשל אני יכול לחכות ולחשוב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עש״ן ד״ק, חמישה 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שמתארת נכון אחד מהצעדים: עצירה, שחרור שרירים, נשימה, דיבור עצמי או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בכיתה - לעצור, לנשום ולדבר בקול את המשפט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התרגול לדוגמאות קנייה מהחיים האמיתיים של התלמידים, כמו קנייה ברשת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עוצרים לפני שקונים - עש״ן ד״ק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שקונים משהו בלחץ רגעי, אפשר לעצור ולהשתמש בחמישה צעדים פשוטים שעוזרים לקבל החלטה חכמה.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שיטת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לעצור ולהירגע לפני החלטת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לחסוך בזמן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את המוצר הזול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הצעד הראשון בשיטה?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דיבור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פעמים מומלץ לנשום עמוק בשלב הנשימה?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בשלב משחררים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קופצים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מרפים ידיים וכתפיים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שותים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השאלה שנשאלת בצעד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 אפשר לקנות?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או רוצה?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הצבע?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הוא ראשי תיבות של חמישה צעדים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הצעד הראשון הוא לקנות מיד כדי לא לפספס הזדמנות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הוא אמירת משפט כמו אני בוחר בחוכמה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השיטה מתאימה רק לקניות גדולות ויקרות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מחליטים בין צריך לרצוי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הראשונה בעש״ן מייצגת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שמחליטים, נושמים עמוק __________ פעמים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בשלב השני __________ שרירים כמו ידיים וכתפיים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המשפט שאומרים לעצמנו הוא אני __________ בחוכמה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בצעד האחרון שואלים צריך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הצעד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 - עוצרים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מחליטים אם צריך או רוצה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 - משחררים שרירים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אומרים אני בוחר בחוכמה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ן - נושמים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מרפים ידיים וכתפיים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 - דיבור עצמי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קונים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 - קדימה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נושמים עמוק שלוש פעמים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 שלוש פעמים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אם צריך או רוצה וממשיכים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משחררים ידיים וכתפיים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רגע ולא קונים 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אני בוחר בחוכמה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יישום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ראיתם משהו ברשת או בחנות ורציתם לקנות אותו מיד. איך עש״ן ד״ק היה יכול לעזור לכם שם?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דיבור עצמי משלכם שיכול לעזור לכם לפני החלטת קנייה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השיטה וכמה צעדים יש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החשובה שנשאלת בצעד האחרון?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לפעולה אחת מתוך חמשת הצעדים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עוצרים לפני שקונים - עש״ן ד״ק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